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Dutum Construction Company – QA/QC Checklist Template</w:t>
      </w:r>
    </w:p>
    <w:p>
      <w:pPr>
        <w:pStyle w:val="Heading2"/>
      </w:pPr>
      <w:r>
        <w:t>1. Pre-Construction Quality Control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t>Checklist Item</w:t>
            </w:r>
          </w:p>
        </w:tc>
        <w:tc>
          <w:tcPr>
            <w:tcW w:type="dxa" w:w="2160"/>
          </w:tcPr>
          <w:p>
            <w:r>
              <w:t>Compliance (Yes/No)</w:t>
            </w:r>
          </w:p>
        </w:tc>
        <w:tc>
          <w:tcPr>
            <w:tcW w:type="dxa" w:w="2160"/>
          </w:tcPr>
          <w:p>
            <w:r>
              <w:t>Remarks</w:t>
            </w:r>
          </w:p>
        </w:tc>
        <w:tc>
          <w:tcPr>
            <w:tcW w:type="dxa" w:w="2160"/>
          </w:tcPr>
          <w:p>
            <w:r>
              <w:t>Inspector &amp; Date</w:t>
            </w:r>
          </w:p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</w:tbl>
    <w:p>
      <w:pPr>
        <w:pStyle w:val="Heading2"/>
      </w:pPr>
      <w:r>
        <w:t>2. Material Quality Control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t>Checklist Item</w:t>
            </w:r>
          </w:p>
        </w:tc>
        <w:tc>
          <w:tcPr>
            <w:tcW w:type="dxa" w:w="2160"/>
          </w:tcPr>
          <w:p>
            <w:r>
              <w:t>Compliance (Yes/No)</w:t>
            </w:r>
          </w:p>
        </w:tc>
        <w:tc>
          <w:tcPr>
            <w:tcW w:type="dxa" w:w="2160"/>
          </w:tcPr>
          <w:p>
            <w:r>
              <w:t>Remarks</w:t>
            </w:r>
          </w:p>
        </w:tc>
        <w:tc>
          <w:tcPr>
            <w:tcW w:type="dxa" w:w="2160"/>
          </w:tcPr>
          <w:p>
            <w:r>
              <w:t>Inspector &amp; Date</w:t>
            </w:r>
          </w:p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</w:tbl>
    <w:p>
      <w:pPr>
        <w:pStyle w:val="Heading2"/>
      </w:pPr>
      <w:r>
        <w:t>3. Site Preparation &amp; Earthworks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t>Checklist Item</w:t>
            </w:r>
          </w:p>
        </w:tc>
        <w:tc>
          <w:tcPr>
            <w:tcW w:type="dxa" w:w="2160"/>
          </w:tcPr>
          <w:p>
            <w:r>
              <w:t>Compliance (Yes/No)</w:t>
            </w:r>
          </w:p>
        </w:tc>
        <w:tc>
          <w:tcPr>
            <w:tcW w:type="dxa" w:w="2160"/>
          </w:tcPr>
          <w:p>
            <w:r>
              <w:t>Remarks</w:t>
            </w:r>
          </w:p>
        </w:tc>
        <w:tc>
          <w:tcPr>
            <w:tcW w:type="dxa" w:w="2160"/>
          </w:tcPr>
          <w:p>
            <w:r>
              <w:t>Inspector &amp; Date</w:t>
            </w:r>
          </w:p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</w:tbl>
    <w:p>
      <w:pPr>
        <w:pStyle w:val="Heading2"/>
      </w:pPr>
      <w:r>
        <w:t>4. Concrete Works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t>Checklist Item</w:t>
            </w:r>
          </w:p>
        </w:tc>
        <w:tc>
          <w:tcPr>
            <w:tcW w:type="dxa" w:w="2160"/>
          </w:tcPr>
          <w:p>
            <w:r>
              <w:t>Compliance (Yes/No)</w:t>
            </w:r>
          </w:p>
        </w:tc>
        <w:tc>
          <w:tcPr>
            <w:tcW w:type="dxa" w:w="2160"/>
          </w:tcPr>
          <w:p>
            <w:r>
              <w:t>Remarks</w:t>
            </w:r>
          </w:p>
        </w:tc>
        <w:tc>
          <w:tcPr>
            <w:tcW w:type="dxa" w:w="2160"/>
          </w:tcPr>
          <w:p>
            <w:r>
              <w:t>Inspector &amp; Date</w:t>
            </w:r>
          </w:p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</w:tbl>
    <w:p>
      <w:pPr>
        <w:pStyle w:val="Heading2"/>
      </w:pPr>
      <w:r>
        <w:t>5. Structural Works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t>Checklist Item</w:t>
            </w:r>
          </w:p>
        </w:tc>
        <w:tc>
          <w:tcPr>
            <w:tcW w:type="dxa" w:w="2160"/>
          </w:tcPr>
          <w:p>
            <w:r>
              <w:t>Compliance (Yes/No)</w:t>
            </w:r>
          </w:p>
        </w:tc>
        <w:tc>
          <w:tcPr>
            <w:tcW w:type="dxa" w:w="2160"/>
          </w:tcPr>
          <w:p>
            <w:r>
              <w:t>Remarks</w:t>
            </w:r>
          </w:p>
        </w:tc>
        <w:tc>
          <w:tcPr>
            <w:tcW w:type="dxa" w:w="2160"/>
          </w:tcPr>
          <w:p>
            <w:r>
              <w:t>Inspector &amp; Date</w:t>
            </w:r>
          </w:p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</w:tbl>
    <w:p>
      <w:pPr>
        <w:pStyle w:val="Heading2"/>
      </w:pPr>
      <w:r>
        <w:t>6. Masonry &amp; Blockwork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t>Checklist Item</w:t>
            </w:r>
          </w:p>
        </w:tc>
        <w:tc>
          <w:tcPr>
            <w:tcW w:type="dxa" w:w="2160"/>
          </w:tcPr>
          <w:p>
            <w:r>
              <w:t>Compliance (Yes/No)</w:t>
            </w:r>
          </w:p>
        </w:tc>
        <w:tc>
          <w:tcPr>
            <w:tcW w:type="dxa" w:w="2160"/>
          </w:tcPr>
          <w:p>
            <w:r>
              <w:t>Remarks</w:t>
            </w:r>
          </w:p>
        </w:tc>
        <w:tc>
          <w:tcPr>
            <w:tcW w:type="dxa" w:w="2160"/>
          </w:tcPr>
          <w:p>
            <w:r>
              <w:t>Inspector &amp; Date</w:t>
            </w:r>
          </w:p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</w:tbl>
    <w:p>
      <w:pPr>
        <w:pStyle w:val="Heading2"/>
      </w:pPr>
      <w:r>
        <w:t>7. Roofing Works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t>Checklist Item</w:t>
            </w:r>
          </w:p>
        </w:tc>
        <w:tc>
          <w:tcPr>
            <w:tcW w:type="dxa" w:w="2160"/>
          </w:tcPr>
          <w:p>
            <w:r>
              <w:t>Compliance (Yes/No)</w:t>
            </w:r>
          </w:p>
        </w:tc>
        <w:tc>
          <w:tcPr>
            <w:tcW w:type="dxa" w:w="2160"/>
          </w:tcPr>
          <w:p>
            <w:r>
              <w:t>Remarks</w:t>
            </w:r>
          </w:p>
        </w:tc>
        <w:tc>
          <w:tcPr>
            <w:tcW w:type="dxa" w:w="2160"/>
          </w:tcPr>
          <w:p>
            <w:r>
              <w:t>Inspector &amp; Date</w:t>
            </w:r>
          </w:p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</w:tbl>
    <w:p>
      <w:pPr>
        <w:pStyle w:val="Heading2"/>
      </w:pPr>
      <w:r>
        <w:t>8. Electrical Works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t>Checklist Item</w:t>
            </w:r>
          </w:p>
        </w:tc>
        <w:tc>
          <w:tcPr>
            <w:tcW w:type="dxa" w:w="2160"/>
          </w:tcPr>
          <w:p>
            <w:r>
              <w:t>Compliance (Yes/No)</w:t>
            </w:r>
          </w:p>
        </w:tc>
        <w:tc>
          <w:tcPr>
            <w:tcW w:type="dxa" w:w="2160"/>
          </w:tcPr>
          <w:p>
            <w:r>
              <w:t>Remarks</w:t>
            </w:r>
          </w:p>
        </w:tc>
        <w:tc>
          <w:tcPr>
            <w:tcW w:type="dxa" w:w="2160"/>
          </w:tcPr>
          <w:p>
            <w:r>
              <w:t>Inspector &amp; Date</w:t>
            </w:r>
          </w:p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</w:tbl>
    <w:p>
      <w:pPr>
        <w:pStyle w:val="Heading2"/>
      </w:pPr>
      <w:r>
        <w:t>9. Plumbing &amp; Mechanical Works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t>Checklist Item</w:t>
            </w:r>
          </w:p>
        </w:tc>
        <w:tc>
          <w:tcPr>
            <w:tcW w:type="dxa" w:w="2160"/>
          </w:tcPr>
          <w:p>
            <w:r>
              <w:t>Compliance (Yes/No)</w:t>
            </w:r>
          </w:p>
        </w:tc>
        <w:tc>
          <w:tcPr>
            <w:tcW w:type="dxa" w:w="2160"/>
          </w:tcPr>
          <w:p>
            <w:r>
              <w:t>Remarks</w:t>
            </w:r>
          </w:p>
        </w:tc>
        <w:tc>
          <w:tcPr>
            <w:tcW w:type="dxa" w:w="2160"/>
          </w:tcPr>
          <w:p>
            <w:r>
              <w:t>Inspector &amp; Date</w:t>
            </w:r>
          </w:p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</w:tbl>
    <w:p>
      <w:pPr>
        <w:pStyle w:val="Heading2"/>
      </w:pPr>
      <w:r>
        <w:t>10. Finishing Works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t>Checklist Item</w:t>
            </w:r>
          </w:p>
        </w:tc>
        <w:tc>
          <w:tcPr>
            <w:tcW w:type="dxa" w:w="2160"/>
          </w:tcPr>
          <w:p>
            <w:r>
              <w:t>Compliance (Yes/No)</w:t>
            </w:r>
          </w:p>
        </w:tc>
        <w:tc>
          <w:tcPr>
            <w:tcW w:type="dxa" w:w="2160"/>
          </w:tcPr>
          <w:p>
            <w:r>
              <w:t>Remarks</w:t>
            </w:r>
          </w:p>
        </w:tc>
        <w:tc>
          <w:tcPr>
            <w:tcW w:type="dxa" w:w="2160"/>
          </w:tcPr>
          <w:p>
            <w:r>
              <w:t>Inspector &amp; Date</w:t>
            </w:r>
          </w:p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</w:tbl>
    <w:p>
      <w:pPr>
        <w:pStyle w:val="Heading2"/>
      </w:pPr>
      <w:r>
        <w:t>11. Health, Safety &amp; Environmental Control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t>Checklist Item</w:t>
            </w:r>
          </w:p>
        </w:tc>
        <w:tc>
          <w:tcPr>
            <w:tcW w:type="dxa" w:w="2160"/>
          </w:tcPr>
          <w:p>
            <w:r>
              <w:t>Compliance (Yes/No)</w:t>
            </w:r>
          </w:p>
        </w:tc>
        <w:tc>
          <w:tcPr>
            <w:tcW w:type="dxa" w:w="2160"/>
          </w:tcPr>
          <w:p>
            <w:r>
              <w:t>Remarks</w:t>
            </w:r>
          </w:p>
        </w:tc>
        <w:tc>
          <w:tcPr>
            <w:tcW w:type="dxa" w:w="2160"/>
          </w:tcPr>
          <w:p>
            <w:r>
              <w:t>Inspector &amp; Date</w:t>
            </w:r>
          </w:p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</w:tbl>
    <w:p>
      <w:pPr>
        <w:pStyle w:val="Heading2"/>
      </w:pPr>
      <w:r>
        <w:t>12. Final Inspection &amp; Handover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t>Checklist Item</w:t>
            </w:r>
          </w:p>
        </w:tc>
        <w:tc>
          <w:tcPr>
            <w:tcW w:type="dxa" w:w="2160"/>
          </w:tcPr>
          <w:p>
            <w:r>
              <w:t>Compliance (Yes/No)</w:t>
            </w:r>
          </w:p>
        </w:tc>
        <w:tc>
          <w:tcPr>
            <w:tcW w:type="dxa" w:w="2160"/>
          </w:tcPr>
          <w:p>
            <w:r>
              <w:t>Remarks</w:t>
            </w:r>
          </w:p>
        </w:tc>
        <w:tc>
          <w:tcPr>
            <w:tcW w:type="dxa" w:w="2160"/>
          </w:tcPr>
          <w:p>
            <w:r>
              <w:t>Inspector &amp; Date</w:t>
            </w:r>
          </w:p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</w:tbl>
    <w:p>
      <w:r>
        <w:br w:type="page"/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